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89DB5" w14:textId="77777777" w:rsidR="0020202F" w:rsidRDefault="00B864E9" w:rsidP="00951E40">
      <w:pPr>
        <w:pStyle w:val="Heading1"/>
        <w:spacing w:line="120" w:lineRule="auto"/>
        <w:jc w:val="center"/>
        <w:rPr>
          <w:sz w:val="48"/>
          <w:szCs w:val="22"/>
        </w:rPr>
      </w:pPr>
      <w:r w:rsidRPr="004918E8">
        <w:rPr>
          <w:sz w:val="48"/>
          <w:szCs w:val="22"/>
        </w:rPr>
        <w:t xml:space="preserve">Quality of Life, Health &amp; Wellness, and </w:t>
      </w:r>
    </w:p>
    <w:p w14:paraId="6EDD24BC" w14:textId="6E30097B" w:rsidR="00187D31" w:rsidRPr="004918E8" w:rsidRDefault="00B864E9" w:rsidP="00951E40">
      <w:pPr>
        <w:pStyle w:val="Heading1"/>
        <w:spacing w:line="120" w:lineRule="auto"/>
        <w:jc w:val="center"/>
        <w:rPr>
          <w:sz w:val="48"/>
          <w:szCs w:val="22"/>
        </w:rPr>
      </w:pPr>
      <w:r w:rsidRPr="004918E8">
        <w:rPr>
          <w:sz w:val="48"/>
          <w:szCs w:val="22"/>
        </w:rPr>
        <w:t>FRCC Cross-Functional Committee Meeting</w:t>
      </w:r>
    </w:p>
    <w:p w14:paraId="5687E9F8" w14:textId="40EBFD1E" w:rsidR="004918E8" w:rsidRDefault="569B4142" w:rsidP="000107DE">
      <w:pPr>
        <w:jc w:val="center"/>
      </w:pPr>
      <w:r w:rsidRPr="599AC7F5">
        <w:rPr>
          <w:b/>
          <w:bCs/>
        </w:rPr>
        <w:t>Date:</w:t>
      </w:r>
      <w:r>
        <w:t xml:space="preserve"> </w:t>
      </w:r>
      <w:r w:rsidR="4B2342A2">
        <w:t>0</w:t>
      </w:r>
      <w:r w:rsidR="71B7796D">
        <w:t>4</w:t>
      </w:r>
      <w:r w:rsidR="4B2342A2">
        <w:t xml:space="preserve"> </w:t>
      </w:r>
      <w:r w:rsidR="71F814D8">
        <w:t>NOV</w:t>
      </w:r>
      <w:r w:rsidR="4B2342A2">
        <w:t xml:space="preserve"> 2026</w:t>
      </w:r>
      <w:r>
        <w:t xml:space="preserve">| </w:t>
      </w:r>
      <w:r w:rsidRPr="599AC7F5">
        <w:rPr>
          <w:b/>
          <w:bCs/>
        </w:rPr>
        <w:t>Time:</w:t>
      </w:r>
      <w:r>
        <w:t xml:space="preserve"> </w:t>
      </w:r>
      <w:r w:rsidR="4B2342A2">
        <w:t>0830</w:t>
      </w:r>
      <w:r>
        <w:t xml:space="preserve"> | </w:t>
      </w:r>
      <w:r w:rsidRPr="599AC7F5">
        <w:rPr>
          <w:b/>
          <w:bCs/>
        </w:rPr>
        <w:t>Location:</w:t>
      </w:r>
      <w:r>
        <w:t xml:space="preserve"> </w:t>
      </w:r>
      <w:r w:rsidR="4B2342A2">
        <w:t>C</w:t>
      </w:r>
      <w:r w:rsidR="5D2A80F8">
        <w:t>ompass</w:t>
      </w:r>
      <w:r w:rsidR="4B2342A2">
        <w:t xml:space="preserve"> Room</w:t>
      </w:r>
      <w:r w:rsidR="00B864E9">
        <w:br/>
      </w:r>
      <w:r w:rsidRPr="599AC7F5">
        <w:rPr>
          <w:b/>
          <w:bCs/>
        </w:rPr>
        <w:t>Co-Chairs:</w:t>
      </w:r>
      <w:r>
        <w:t xml:space="preserve"> </w:t>
      </w:r>
      <w:r w:rsidR="72EFA7FF">
        <w:t>FFSC, HPW, MWR</w:t>
      </w:r>
      <w:r w:rsidR="4B2342A2">
        <w:t>, Installation Leadership</w:t>
      </w:r>
    </w:p>
    <w:p w14:paraId="76102DCA" w14:textId="77777777" w:rsidR="00187D31" w:rsidRDefault="00B864E9">
      <w:pPr>
        <w:pStyle w:val="Heading2"/>
      </w:pPr>
      <w:r w:rsidRPr="00453958">
        <w:rPr>
          <w:rFonts w:ascii="Segoe UI Emoji" w:hAnsi="Segoe UI Emoji" w:cs="Segoe UI Emoji"/>
          <w:color w:val="B2A1C7" w:themeColor="accent4" w:themeTint="99"/>
        </w:rPr>
        <w:t>📝</w:t>
      </w:r>
      <w:r w:rsidRPr="00453958">
        <w:rPr>
          <w:color w:val="B2A1C7" w:themeColor="accent4" w:themeTint="99"/>
        </w:rPr>
        <w:t xml:space="preserve"> </w:t>
      </w:r>
      <w:r w:rsidRPr="005F34FB">
        <w:rPr>
          <w:sz w:val="40"/>
          <w:szCs w:val="24"/>
        </w:rPr>
        <w:t>Meeting Summary</w:t>
      </w:r>
    </w:p>
    <w:p w14:paraId="65B985DB" w14:textId="2C6BBA80" w:rsidR="00187D31" w:rsidRPr="00CA2A25" w:rsidRDefault="00A262B4">
      <w:pPr>
        <w:rPr>
          <w:sz w:val="22"/>
          <w:szCs w:val="20"/>
        </w:rPr>
      </w:pPr>
      <w:r>
        <w:rPr>
          <w:sz w:val="22"/>
          <w:szCs w:val="20"/>
        </w:rPr>
        <w:t xml:space="preserve">Review upcoming </w:t>
      </w:r>
      <w:r w:rsidR="00C42A37">
        <w:rPr>
          <w:sz w:val="22"/>
          <w:szCs w:val="20"/>
        </w:rPr>
        <w:t xml:space="preserve">mental health and wellness related </w:t>
      </w:r>
      <w:r>
        <w:rPr>
          <w:sz w:val="22"/>
          <w:szCs w:val="20"/>
        </w:rPr>
        <w:t>events, workshops, classes, and services for the NAS Sigonella community</w:t>
      </w:r>
      <w:r w:rsidR="00C42A37">
        <w:rPr>
          <w:sz w:val="22"/>
          <w:szCs w:val="20"/>
        </w:rPr>
        <w:t xml:space="preserve">. Feedback, questions, and </w:t>
      </w:r>
      <w:r w:rsidR="002A5234">
        <w:rPr>
          <w:sz w:val="22"/>
          <w:szCs w:val="20"/>
        </w:rPr>
        <w:t xml:space="preserve">open discussion are welcome. </w:t>
      </w:r>
    </w:p>
    <w:p w14:paraId="57CF2E99" w14:textId="639B1176" w:rsidR="00187D31" w:rsidRPr="005F34FB" w:rsidRDefault="00B864E9">
      <w:pPr>
        <w:pStyle w:val="Heading2"/>
        <w:rPr>
          <w:sz w:val="40"/>
          <w:szCs w:val="24"/>
        </w:rPr>
      </w:pPr>
      <w:r w:rsidRPr="00453958">
        <w:rPr>
          <w:color w:val="B2A1C7" w:themeColor="accent4" w:themeTint="99"/>
        </w:rPr>
        <w:t>🗣</w:t>
      </w:r>
      <w:r w:rsidRPr="00453958">
        <w:rPr>
          <w:color w:val="B2A1C7" w:themeColor="accent4" w:themeTint="99"/>
        </w:rPr>
        <w:t>️</w:t>
      </w:r>
      <w:r w:rsidRPr="00453958">
        <w:rPr>
          <w:color w:val="B2A1C7" w:themeColor="accent4" w:themeTint="99"/>
        </w:rPr>
        <w:t xml:space="preserve"> </w:t>
      </w:r>
      <w:r w:rsidRPr="005F34FB">
        <w:rPr>
          <w:sz w:val="40"/>
          <w:szCs w:val="24"/>
        </w:rPr>
        <w:t>Discussion</w:t>
      </w:r>
    </w:p>
    <w:p w14:paraId="51C9E4DD" w14:textId="77777777" w:rsidR="001617D0" w:rsidRPr="001617D0" w:rsidRDefault="569B4142" w:rsidP="001617D0">
      <w:pPr>
        <w:pStyle w:val="Heading3"/>
        <w:numPr>
          <w:ilvl w:val="0"/>
          <w:numId w:val="23"/>
        </w:numPr>
        <w:rPr>
          <w:sz w:val="32"/>
          <w:szCs w:val="32"/>
        </w:rPr>
      </w:pPr>
      <w:r w:rsidRPr="599AC7F5">
        <w:rPr>
          <w:sz w:val="32"/>
          <w:szCs w:val="32"/>
        </w:rPr>
        <w:t>Health Promotion and Wellness</w:t>
      </w:r>
      <w:r w:rsidR="001617D0">
        <w:rPr>
          <w:sz w:val="32"/>
          <w:szCs w:val="32"/>
        </w:rPr>
        <w:t xml:space="preserve"> </w:t>
      </w:r>
    </w:p>
    <w:p w14:paraId="0163D199" w14:textId="38A0FB3A" w:rsidR="00187D31" w:rsidRDefault="001617D0" w:rsidP="001617D0">
      <w:hyperlink r:id="rId9" w:history="1">
        <w:r w:rsidRPr="00135953">
          <w:rPr>
            <w:rStyle w:val="Hyperlink"/>
          </w:rPr>
          <w:t>https://sigonella.tricare.mil/Health-Services/Preventive-Care/Health-Promotions</w:t>
        </w:r>
      </w:hyperlink>
    </w:p>
    <w:p w14:paraId="309AE564" w14:textId="6B64580D" w:rsidR="6ED7B5D1" w:rsidRDefault="4FE0FAE4" w:rsidP="001617D0">
      <w:pPr>
        <w:pStyle w:val="ListBullet"/>
        <w:numPr>
          <w:ilvl w:val="0"/>
          <w:numId w:val="0"/>
        </w:numPr>
      </w:pPr>
      <w:r w:rsidRPr="599AC7F5">
        <w:rPr>
          <w:b/>
          <w:bCs/>
        </w:rPr>
        <w:t>Classes and Events:</w:t>
      </w:r>
    </w:p>
    <w:p w14:paraId="3C59EEA9" w14:textId="6A472B93" w:rsidR="430BA41F" w:rsidRDefault="430BA41F" w:rsidP="599AC7F5">
      <w:pPr>
        <w:pStyle w:val="ListBullet"/>
      </w:pPr>
      <w:r>
        <w:t>Shopping trip – November 20</w:t>
      </w:r>
      <w:r w:rsidR="008801BA">
        <w:t xml:space="preserve"> </w:t>
      </w:r>
      <w:r w:rsidR="00436FE7">
        <w:t>at 0930</w:t>
      </w:r>
    </w:p>
    <w:p w14:paraId="4FE719D4" w14:textId="62630420" w:rsidR="430BA41F" w:rsidRDefault="430BA41F" w:rsidP="599AC7F5">
      <w:pPr>
        <w:pStyle w:val="ListBullet"/>
      </w:pPr>
      <w:r>
        <w:t>Tobacco Cessation – Nov. 4</w:t>
      </w:r>
      <w:r w:rsidR="00436FE7">
        <w:t xml:space="preserve"> at </w:t>
      </w:r>
      <w:r w:rsidR="00EB13ED">
        <w:t>1430</w:t>
      </w:r>
      <w:r w:rsidR="00BF51F5">
        <w:t xml:space="preserve"> – HPW NAS 1</w:t>
      </w:r>
    </w:p>
    <w:p w14:paraId="51FBC2D4" w14:textId="33532267" w:rsidR="430BA41F" w:rsidRDefault="430BA41F" w:rsidP="599AC7F5">
      <w:pPr>
        <w:pStyle w:val="ListBullet"/>
      </w:pPr>
      <w:r>
        <w:t>Cooking Class – Nov. 12</w:t>
      </w:r>
      <w:r w:rsidR="00EB13ED">
        <w:t xml:space="preserve"> at </w:t>
      </w:r>
      <w:r w:rsidR="00BF51F5">
        <w:t>1100 – MWR Classroom NAS 1</w:t>
      </w:r>
    </w:p>
    <w:p w14:paraId="5338A945" w14:textId="58DAE64D" w:rsidR="5EA1299D" w:rsidRDefault="6B7730C3" w:rsidP="10812246">
      <w:pPr>
        <w:pStyle w:val="ListBullet"/>
      </w:pPr>
      <w:r>
        <w:t>Nutrition &amp; Weight Management Class</w:t>
      </w:r>
      <w:r w:rsidR="0EAF9499">
        <w:t xml:space="preserve"> – Nov. 24</w:t>
      </w:r>
      <w:r w:rsidR="00BF51F5">
        <w:t xml:space="preserve"> - </w:t>
      </w:r>
      <w:r w:rsidR="008E10D6">
        <w:t>MWR Classroom NAS 1</w:t>
      </w:r>
    </w:p>
    <w:p w14:paraId="314F1F57" w14:textId="77777777" w:rsidR="00187D31" w:rsidRPr="005F34FB" w:rsidRDefault="00B864E9">
      <w:pPr>
        <w:pStyle w:val="Heading3"/>
        <w:rPr>
          <w:sz w:val="32"/>
          <w:szCs w:val="20"/>
        </w:rPr>
      </w:pPr>
      <w:r w:rsidRPr="005F34FB">
        <w:rPr>
          <w:sz w:val="32"/>
          <w:szCs w:val="20"/>
        </w:rPr>
        <w:t>2. FRCC Cross-Functional Committee Meeting</w:t>
      </w:r>
    </w:p>
    <w:p w14:paraId="43721AE8" w14:textId="2E39117E" w:rsidR="00187D31" w:rsidRDefault="7FB7C49D">
      <w:r w:rsidRPr="599AC7F5">
        <w:rPr>
          <w:b/>
          <w:bCs/>
        </w:rPr>
        <w:t>Integrated Primary Prevention -</w:t>
      </w:r>
    </w:p>
    <w:p w14:paraId="7E62E651" w14:textId="77777777" w:rsidR="00175A73" w:rsidRDefault="615238C3" w:rsidP="00175A73">
      <w:pPr>
        <w:pStyle w:val="ListBullet"/>
      </w:pPr>
      <w:r w:rsidRPr="599AC7F5">
        <w:rPr>
          <w:b/>
          <w:bCs/>
        </w:rPr>
        <w:t>Monthly Focus Areas:</w:t>
      </w:r>
    </w:p>
    <w:p w14:paraId="7E9EDEFB" w14:textId="5B662076" w:rsidR="2C267A56" w:rsidRDefault="28184BE7" w:rsidP="442E66A8">
      <w:pPr>
        <w:pStyle w:val="ListBullet"/>
        <w:ind w:left="720"/>
      </w:pPr>
      <w:r>
        <w:t xml:space="preserve">DEOCS </w:t>
      </w:r>
      <w:r w:rsidR="778A3319">
        <w:t>data analysis</w:t>
      </w:r>
      <w:r>
        <w:t xml:space="preserve"> with CMEOs </w:t>
      </w:r>
      <w:r w:rsidR="0B1985BD">
        <w:t>&amp; briefs with Command leadership</w:t>
      </w:r>
      <w:r>
        <w:t>– Training plan management</w:t>
      </w:r>
      <w:r w:rsidR="184AEF05">
        <w:t>/input</w:t>
      </w:r>
    </w:p>
    <w:p w14:paraId="51C92AB4" w14:textId="1D7E4A45" w:rsidR="6D90DBBF" w:rsidRDefault="28184BE7" w:rsidP="442E66A8">
      <w:pPr>
        <w:pStyle w:val="ListBullet"/>
        <w:rPr>
          <w:b/>
          <w:bCs/>
        </w:rPr>
      </w:pPr>
      <w:r w:rsidRPr="599AC7F5">
        <w:rPr>
          <w:b/>
          <w:bCs/>
        </w:rPr>
        <w:t>New Resource</w:t>
      </w:r>
      <w:r w:rsidR="615238C3" w:rsidRPr="599AC7F5">
        <w:rPr>
          <w:b/>
          <w:bCs/>
        </w:rPr>
        <w:t>s:</w:t>
      </w:r>
      <w:r w:rsidR="3CE7637E" w:rsidRPr="599AC7F5">
        <w:rPr>
          <w:b/>
          <w:bCs/>
        </w:rPr>
        <w:t xml:space="preserve"> </w:t>
      </w:r>
      <w:hyperlink r:id="rId10">
        <w:r w:rsidR="3CE7637E" w:rsidRPr="599AC7F5">
          <w:rPr>
            <w:rStyle w:val="Hyperlink"/>
            <w:b/>
            <w:bCs/>
          </w:rPr>
          <w:t>https://nassigonellaipp.my.canva.site/preventionplaybook</w:t>
        </w:r>
      </w:hyperlink>
    </w:p>
    <w:p w14:paraId="675FDF78" w14:textId="1D3A132A" w:rsidR="008E63F9" w:rsidRDefault="008E63F9">
      <w:pPr>
        <w:rPr>
          <w:b/>
        </w:rPr>
      </w:pPr>
      <w:r>
        <w:rPr>
          <w:b/>
        </w:rPr>
        <w:t>Work &amp; Family Life</w:t>
      </w:r>
    </w:p>
    <w:p w14:paraId="283D04F4" w14:textId="699A7938" w:rsidR="00187D31" w:rsidRDefault="569B4142" w:rsidP="008E63F9">
      <w:pPr>
        <w:ind w:firstLine="360"/>
      </w:pPr>
      <w:r w:rsidRPr="599AC7F5">
        <w:rPr>
          <w:b/>
          <w:bCs/>
        </w:rPr>
        <w:t>Transition Assistance Program (TAP)</w:t>
      </w:r>
      <w:r w:rsidR="175E84B0" w:rsidRPr="599AC7F5">
        <w:rPr>
          <w:b/>
          <w:bCs/>
        </w:rPr>
        <w:t xml:space="preserve"> </w:t>
      </w:r>
    </w:p>
    <w:p w14:paraId="4E87D77F" w14:textId="74DCBD04" w:rsidR="6614DCFC" w:rsidRDefault="6614DCFC" w:rsidP="599AC7F5">
      <w:pPr>
        <w:pStyle w:val="ListBullet"/>
        <w:ind w:left="720"/>
      </w:pPr>
      <w:r>
        <w:t xml:space="preserve">FY27 Schedule found here: </w:t>
      </w:r>
      <w:hyperlink r:id="rId11">
        <w:r w:rsidRPr="599AC7F5">
          <w:rPr>
            <w:rStyle w:val="Hyperlink"/>
          </w:rPr>
          <w:t>https://www.navymwrsigonella.com/programs/c44a10eb-b97c-4f54-874d-46767d116b96</w:t>
        </w:r>
      </w:hyperlink>
    </w:p>
    <w:p w14:paraId="19E05576" w14:textId="4C500DB0" w:rsidR="00187D31" w:rsidRDefault="5C70DAAB" w:rsidP="442E66A8">
      <w:pPr>
        <w:ind w:firstLine="360"/>
      </w:pPr>
      <w:r w:rsidRPr="442E66A8">
        <w:rPr>
          <w:b/>
          <w:bCs/>
        </w:rPr>
        <w:t>Relocation Assistance</w:t>
      </w:r>
      <w:r w:rsidR="3AE24FC2" w:rsidRPr="442E66A8">
        <w:rPr>
          <w:b/>
          <w:bCs/>
        </w:rPr>
        <w:t xml:space="preserve"> - Presenter</w:t>
      </w:r>
    </w:p>
    <w:p w14:paraId="4E3B5D1E" w14:textId="77777777" w:rsidR="00187D31" w:rsidRDefault="74844998">
      <w:pPr>
        <w:pStyle w:val="ListBullet"/>
        <w:ind w:left="720"/>
      </w:pPr>
      <w:r w:rsidRPr="599AC7F5">
        <w:rPr>
          <w:i/>
          <w:iCs/>
        </w:rPr>
        <w:t>Resource:</w:t>
      </w:r>
      <w:r>
        <w:t xml:space="preserve"> </w:t>
      </w:r>
      <w:hyperlink r:id="rId12">
        <w:r w:rsidRPr="599AC7F5">
          <w:rPr>
            <w:color w:val="0563C1"/>
            <w:u w:val="single"/>
          </w:rPr>
          <w:t>Military OneSource</w:t>
        </w:r>
      </w:hyperlink>
      <w:r>
        <w:t xml:space="preserve"> (To add/change info, email: </w:t>
      </w:r>
      <w:hyperlink r:id="rId13">
        <w:r w:rsidRPr="599AC7F5">
          <w:rPr>
            <w:color w:val="0563C1"/>
            <w:u w:val="single"/>
          </w:rPr>
          <w:t>Insert POC Email, e.g., Andrea.carobene2.ln@us.navy.mil</w:t>
        </w:r>
      </w:hyperlink>
      <w:r>
        <w:t>)</w:t>
      </w:r>
    </w:p>
    <w:p w14:paraId="271D7B6C" w14:textId="253B260C" w:rsidR="1C83174D" w:rsidRDefault="1C83174D" w:rsidP="599AC7F5">
      <w:pPr>
        <w:rPr>
          <w:rStyle w:val="Hyperlink"/>
        </w:rPr>
      </w:pPr>
      <w:r w:rsidRPr="599AC7F5">
        <w:rPr>
          <w:b/>
          <w:bCs/>
        </w:rPr>
        <w:t>Counseling &amp; Advocacy Program</w:t>
      </w:r>
      <w:r w:rsidR="7FB7C49D" w:rsidRPr="599AC7F5">
        <w:rPr>
          <w:b/>
          <w:bCs/>
        </w:rPr>
        <w:t xml:space="preserve"> </w:t>
      </w:r>
      <w:r w:rsidR="2FFF506D">
        <w:t>- Info Pag</w:t>
      </w:r>
      <w:r w:rsidR="2A23D087">
        <w:t xml:space="preserve">e: </w:t>
      </w:r>
      <w:hyperlink r:id="rId14">
        <w:r w:rsidR="2A23D087" w:rsidRPr="599AC7F5">
          <w:rPr>
            <w:rStyle w:val="Hyperlink"/>
          </w:rPr>
          <w:t>https://www.navymwrsigonella.com/programs/c44a10eb-b97c-4f54-874d-46767d116b96</w:t>
        </w:r>
      </w:hyperlink>
    </w:p>
    <w:p w14:paraId="77535FBF" w14:textId="5F636097" w:rsidR="599AC7F5" w:rsidRDefault="599AC7F5" w:rsidP="599AC7F5">
      <w:pPr>
        <w:pStyle w:val="ListBullet"/>
        <w:numPr>
          <w:ilvl w:val="0"/>
          <w:numId w:val="0"/>
        </w:numPr>
        <w:ind w:left="720"/>
      </w:pPr>
    </w:p>
    <w:p w14:paraId="708F2938" w14:textId="5BC1FA82" w:rsidR="00187D31" w:rsidRDefault="569B4142" w:rsidP="599AC7F5">
      <w:pPr>
        <w:pStyle w:val="ListBullet"/>
      </w:pPr>
      <w:r w:rsidRPr="599AC7F5">
        <w:rPr>
          <w:b/>
          <w:bCs/>
        </w:rPr>
        <w:t>SAPR</w:t>
      </w:r>
      <w:r w:rsidR="6462C4C6" w:rsidRPr="599AC7F5">
        <w:rPr>
          <w:b/>
          <w:bCs/>
        </w:rPr>
        <w:t xml:space="preserve"> – Info Page: </w:t>
      </w:r>
      <w:hyperlink r:id="rId15">
        <w:r w:rsidR="6462C4C6" w:rsidRPr="599AC7F5">
          <w:rPr>
            <w:rStyle w:val="Hyperlink"/>
          </w:rPr>
          <w:t>https://www.navymwrsigonella.com/programs/c44a10eb-b97c-4f54-874d-46767d116b96</w:t>
        </w:r>
      </w:hyperlink>
    </w:p>
    <w:p w14:paraId="366D3481" w14:textId="2332500B" w:rsidR="68607F69" w:rsidRDefault="06022FB2" w:rsidP="442E66A8">
      <w:pPr>
        <w:pStyle w:val="ListBullet"/>
        <w:ind w:left="720"/>
      </w:pPr>
      <w:r>
        <w:t xml:space="preserve">NEW! - </w:t>
      </w:r>
      <w:r w:rsidR="7E752D32">
        <w:t>MRE 514, CO Toolkit Monthly Offerings</w:t>
      </w:r>
    </w:p>
    <w:p w14:paraId="2E217E91" w14:textId="60098C7A" w:rsidR="569B4142" w:rsidRDefault="569B4142">
      <w:r w:rsidRPr="599AC7F5">
        <w:rPr>
          <w:b/>
          <w:bCs/>
        </w:rPr>
        <w:t>MWR</w:t>
      </w:r>
      <w:r w:rsidR="175E84B0" w:rsidRPr="599AC7F5">
        <w:rPr>
          <w:b/>
          <w:bCs/>
        </w:rPr>
        <w:t xml:space="preserve"> </w:t>
      </w:r>
      <w:r w:rsidR="2BD03B66" w:rsidRPr="599AC7F5">
        <w:rPr>
          <w:b/>
          <w:bCs/>
        </w:rPr>
        <w:t>- Info Page:</w:t>
      </w:r>
      <w:r w:rsidR="10A222A1">
        <w:t xml:space="preserve"> </w:t>
      </w:r>
      <w:hyperlink r:id="rId16">
        <w:r w:rsidR="10A222A1" w:rsidRPr="599AC7F5">
          <w:rPr>
            <w:rStyle w:val="Hyperlink"/>
          </w:rPr>
          <w:t>https://www.navymwrsigonella.com/events</w:t>
        </w:r>
      </w:hyperlink>
    </w:p>
    <w:p w14:paraId="7F5AA952" w14:textId="248E0BCF" w:rsidR="10A222A1" w:rsidRDefault="10A222A1" w:rsidP="599AC7F5">
      <w:r w:rsidRPr="599AC7F5">
        <w:rPr>
          <w:b/>
          <w:bCs/>
        </w:rPr>
        <w:t>Navy Marine Corps Relief Society</w:t>
      </w:r>
      <w:r w:rsidR="2A792047" w:rsidRPr="599AC7F5">
        <w:rPr>
          <w:b/>
          <w:bCs/>
        </w:rPr>
        <w:t xml:space="preserve"> – Info Page: </w:t>
      </w:r>
      <w:hyperlink r:id="rId17">
        <w:r w:rsidR="2A792047" w:rsidRPr="599AC7F5">
          <w:rPr>
            <w:rStyle w:val="Hyperlink"/>
            <w:b/>
            <w:bCs/>
          </w:rPr>
          <w:t>https://www.facebook.com/NMCRSSigonella</w:t>
        </w:r>
      </w:hyperlink>
    </w:p>
    <w:p w14:paraId="75C28AFD" w14:textId="19C16760" w:rsidR="10A222A1" w:rsidRDefault="10A222A1" w:rsidP="599AC7F5">
      <w:pPr>
        <w:pStyle w:val="ListParagraph"/>
        <w:numPr>
          <w:ilvl w:val="0"/>
          <w:numId w:val="3"/>
        </w:numPr>
        <w:rPr>
          <w:b/>
          <w:bCs/>
        </w:rPr>
      </w:pPr>
      <w:r w:rsidRPr="599AC7F5">
        <w:rPr>
          <w:b/>
          <w:bCs/>
        </w:rPr>
        <w:t xml:space="preserve">Christmas Toy Drive </w:t>
      </w:r>
    </w:p>
    <w:p w14:paraId="0F142EB5" w14:textId="2219CF30" w:rsidR="10A222A1" w:rsidRDefault="10A222A1" w:rsidP="599AC7F5">
      <w:pPr>
        <w:pStyle w:val="ListParagraph"/>
        <w:numPr>
          <w:ilvl w:val="0"/>
          <w:numId w:val="3"/>
        </w:numPr>
        <w:rPr>
          <w:b/>
          <w:bCs/>
        </w:rPr>
      </w:pPr>
      <w:r w:rsidRPr="599AC7F5">
        <w:rPr>
          <w:b/>
          <w:bCs/>
        </w:rPr>
        <w:t xml:space="preserve">Volunteer Recruitment </w:t>
      </w:r>
    </w:p>
    <w:p w14:paraId="5FF36BEF" w14:textId="0A2602F6" w:rsidR="10A222A1" w:rsidRDefault="10A222A1" w:rsidP="599AC7F5">
      <w:pPr>
        <w:pStyle w:val="ListParagraph"/>
        <w:numPr>
          <w:ilvl w:val="0"/>
          <w:numId w:val="3"/>
        </w:numPr>
        <w:rPr>
          <w:b/>
          <w:bCs/>
        </w:rPr>
      </w:pPr>
      <w:r w:rsidRPr="599AC7F5">
        <w:rPr>
          <w:b/>
          <w:bCs/>
        </w:rPr>
        <w:t xml:space="preserve">Sigonella Miles for Military </w:t>
      </w:r>
    </w:p>
    <w:p w14:paraId="7C163947" w14:textId="62D696EB" w:rsidR="10A222A1" w:rsidRDefault="10A222A1" w:rsidP="599AC7F5">
      <w:pPr>
        <w:pStyle w:val="ListParagraph"/>
        <w:numPr>
          <w:ilvl w:val="0"/>
          <w:numId w:val="3"/>
        </w:numPr>
        <w:rPr>
          <w:b/>
          <w:bCs/>
        </w:rPr>
      </w:pPr>
      <w:r w:rsidRPr="599AC7F5">
        <w:rPr>
          <w:b/>
          <w:bCs/>
        </w:rPr>
        <w:t>Budget for Baby Class – Nov. 19</w:t>
      </w:r>
    </w:p>
    <w:p w14:paraId="7EDC1AFD" w14:textId="6C8A56D1" w:rsidR="070F2015" w:rsidRDefault="070F2015" w:rsidP="599AC7F5">
      <w:r w:rsidRPr="599AC7F5">
        <w:rPr>
          <w:b/>
          <w:bCs/>
          <w:lang w:val="pt-BR"/>
        </w:rPr>
        <w:t>USO</w:t>
      </w:r>
      <w:r w:rsidR="75E3F123" w:rsidRPr="599AC7F5">
        <w:rPr>
          <w:b/>
          <w:bCs/>
          <w:lang w:val="pt-BR"/>
        </w:rPr>
        <w:t xml:space="preserve"> – Info </w:t>
      </w:r>
      <w:r w:rsidR="4AE39B34" w:rsidRPr="599AC7F5">
        <w:rPr>
          <w:b/>
          <w:bCs/>
          <w:lang w:val="pt-BR"/>
        </w:rPr>
        <w:t>P</w:t>
      </w:r>
      <w:r w:rsidR="75E3F123" w:rsidRPr="599AC7F5">
        <w:rPr>
          <w:b/>
          <w:bCs/>
          <w:lang w:val="pt-BR"/>
        </w:rPr>
        <w:t xml:space="preserve">age: </w:t>
      </w:r>
      <w:hyperlink r:id="rId18">
        <w:r w:rsidR="75E3F123" w:rsidRPr="599AC7F5">
          <w:rPr>
            <w:rStyle w:val="Hyperlink"/>
            <w:b/>
            <w:bCs/>
            <w:lang w:val="pt-BR"/>
          </w:rPr>
          <w:t>https://www.facebook.com/usoSigonella</w:t>
        </w:r>
      </w:hyperlink>
    </w:p>
    <w:p w14:paraId="3E4490E5" w14:textId="1B118FC3" w:rsidR="20854B6F" w:rsidRDefault="20854B6F" w:rsidP="599AC7F5">
      <w:pPr>
        <w:pStyle w:val="ListParagraph"/>
        <w:numPr>
          <w:ilvl w:val="0"/>
          <w:numId w:val="1"/>
        </w:numPr>
        <w:rPr>
          <w:b/>
          <w:bCs/>
        </w:rPr>
      </w:pPr>
      <w:r w:rsidRPr="599AC7F5">
        <w:rPr>
          <w:b/>
          <w:bCs/>
        </w:rPr>
        <w:t>Thanksgiving with USO @ MWR Liberty Center – Nov. 19 @ 1700</w:t>
      </w:r>
    </w:p>
    <w:p w14:paraId="65D5218D" w14:textId="647B414C" w:rsidR="20854B6F" w:rsidRDefault="20854B6F" w:rsidP="599AC7F5">
      <w:pPr>
        <w:pStyle w:val="ListParagraph"/>
        <w:numPr>
          <w:ilvl w:val="0"/>
          <w:numId w:val="1"/>
        </w:numPr>
        <w:rPr>
          <w:b/>
          <w:bCs/>
        </w:rPr>
      </w:pPr>
      <w:r w:rsidRPr="599AC7F5">
        <w:rPr>
          <w:b/>
          <w:bCs/>
        </w:rPr>
        <w:t>Turkey Family Bingo @ Double Park on Marinai – Nov. 24 @ 1700</w:t>
      </w:r>
    </w:p>
    <w:p w14:paraId="5636D4C8" w14:textId="168514B7" w:rsidR="000C7604" w:rsidRPr="000C7604" w:rsidRDefault="070F2015" w:rsidP="599AC7F5">
      <w:pPr>
        <w:rPr>
          <w:b/>
          <w:bCs/>
        </w:rPr>
      </w:pPr>
      <w:r w:rsidRPr="599AC7F5">
        <w:rPr>
          <w:b/>
          <w:bCs/>
        </w:rPr>
        <w:t xml:space="preserve">Navy Exchange </w:t>
      </w:r>
      <w:r w:rsidR="000C7604">
        <w:rPr>
          <w:b/>
          <w:bCs/>
        </w:rPr>
        <w:t xml:space="preserve">– Info Page: </w:t>
      </w:r>
      <w:hyperlink r:id="rId19" w:history="1">
        <w:r w:rsidR="00BF5615" w:rsidRPr="00135953">
          <w:rPr>
            <w:rStyle w:val="Hyperlink"/>
            <w:b/>
            <w:bCs/>
          </w:rPr>
          <w:t>https://www.facebook.com/NavyExchangeSigonella</w:t>
        </w:r>
      </w:hyperlink>
      <w:r w:rsidR="00BF5615">
        <w:rPr>
          <w:b/>
          <w:bCs/>
        </w:rPr>
        <w:t xml:space="preserve"> </w:t>
      </w:r>
    </w:p>
    <w:p w14:paraId="2C958D91" w14:textId="540B39F4" w:rsidR="070F2015" w:rsidRDefault="070F2015" w:rsidP="599AC7F5">
      <w:pPr>
        <w:pStyle w:val="ListParagraph"/>
        <w:numPr>
          <w:ilvl w:val="0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b/>
          <w:bCs/>
          <w:szCs w:val="24"/>
        </w:rPr>
        <w:t>7 November @ 0800-1200</w:t>
      </w:r>
      <w:r w:rsidRPr="599AC7F5">
        <w:rPr>
          <w:rFonts w:ascii="Cambria" w:eastAsia="Cambria" w:hAnsi="Cambria" w:cs="Cambria"/>
          <w:szCs w:val="24"/>
        </w:rPr>
        <w:t>—Run the Runway @ NAS 2. Already exceeded the 250 registrants to qualify for free t-shirt.</w:t>
      </w:r>
    </w:p>
    <w:p w14:paraId="7FEE4E63" w14:textId="1115BAD5" w:rsidR="070F2015" w:rsidRDefault="070F2015" w:rsidP="599AC7F5">
      <w:pPr>
        <w:pStyle w:val="ListParagraph"/>
        <w:numPr>
          <w:ilvl w:val="0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b/>
          <w:bCs/>
          <w:szCs w:val="24"/>
        </w:rPr>
        <w:t>20 November @ 1630-1800</w:t>
      </w:r>
      <w:r w:rsidRPr="599AC7F5">
        <w:rPr>
          <w:rFonts w:ascii="Cambria" w:eastAsia="Cambria" w:hAnsi="Cambria" w:cs="Cambria"/>
          <w:szCs w:val="24"/>
        </w:rPr>
        <w:t>—Russo winery Masterclass main NEX. Registration open at customer service desk.</w:t>
      </w:r>
    </w:p>
    <w:p w14:paraId="2929E3E3" w14:textId="64420820" w:rsidR="070F2015" w:rsidRDefault="070F2015" w:rsidP="599AC7F5">
      <w:pPr>
        <w:pStyle w:val="ListParagraph"/>
        <w:numPr>
          <w:ilvl w:val="0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b/>
          <w:bCs/>
          <w:szCs w:val="24"/>
        </w:rPr>
        <w:t>27 November @ 0800</w:t>
      </w:r>
      <w:r w:rsidRPr="599AC7F5">
        <w:rPr>
          <w:rFonts w:ascii="Cambria" w:eastAsia="Cambria" w:hAnsi="Cambria" w:cs="Cambria"/>
          <w:szCs w:val="24"/>
        </w:rPr>
        <w:t>—Navy Blue Friday shopping @ the NEX. Store will open early for shopping w/coffee, hot chocolate, &amp; snacks provided by the USO.</w:t>
      </w:r>
    </w:p>
    <w:p w14:paraId="61AA81F0" w14:textId="7FEB7C7A" w:rsidR="070F2015" w:rsidRDefault="070F2015" w:rsidP="599AC7F5">
      <w:pPr>
        <w:pStyle w:val="ListParagraph"/>
        <w:numPr>
          <w:ilvl w:val="0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b/>
          <w:bCs/>
          <w:szCs w:val="24"/>
        </w:rPr>
        <w:t>5 December @ 1100-1300</w:t>
      </w:r>
      <w:r w:rsidRPr="599AC7F5">
        <w:rPr>
          <w:rFonts w:ascii="Cambria" w:eastAsia="Cambria" w:hAnsi="Cambria" w:cs="Cambria"/>
          <w:szCs w:val="24"/>
        </w:rPr>
        <w:t>—Cookies w/Santa main NEX in partnership with the USO. Online registration will open 15 November -29 November.</w:t>
      </w:r>
    </w:p>
    <w:p w14:paraId="0623612A" w14:textId="2230C57C" w:rsidR="070F2015" w:rsidRDefault="070F2015" w:rsidP="599AC7F5">
      <w:pPr>
        <w:pStyle w:val="ListParagraph"/>
        <w:numPr>
          <w:ilvl w:val="0"/>
          <w:numId w:val="2"/>
        </w:numPr>
        <w:spacing w:after="0"/>
        <w:rPr>
          <w:rFonts w:ascii="Cambria" w:eastAsia="Cambria" w:hAnsi="Cambria" w:cs="Cambria"/>
          <w:b/>
          <w:bCs/>
          <w:szCs w:val="24"/>
        </w:rPr>
      </w:pPr>
      <w:r w:rsidRPr="599AC7F5">
        <w:rPr>
          <w:rFonts w:ascii="Cambria" w:eastAsia="Cambria" w:hAnsi="Cambria" w:cs="Cambria"/>
          <w:b/>
          <w:bCs/>
          <w:szCs w:val="24"/>
        </w:rPr>
        <w:t>12 December—multiple events at the NEX</w:t>
      </w:r>
    </w:p>
    <w:p w14:paraId="3EFFF16B" w14:textId="7972D243" w:rsidR="070F2015" w:rsidRDefault="070F2015" w:rsidP="599AC7F5">
      <w:pPr>
        <w:pStyle w:val="ListParagraph"/>
        <w:numPr>
          <w:ilvl w:val="1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szCs w:val="24"/>
        </w:rPr>
        <w:t>Jingle Bells 5K event in partnership w/MWR—0900-1100 @ NAS 1</w:t>
      </w:r>
    </w:p>
    <w:p w14:paraId="6E62F526" w14:textId="7CB28F5F" w:rsidR="070F2015" w:rsidRDefault="070F2015" w:rsidP="599AC7F5">
      <w:pPr>
        <w:pStyle w:val="ListParagraph"/>
        <w:numPr>
          <w:ilvl w:val="1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szCs w:val="24"/>
        </w:rPr>
        <w:t>Reindeer Games @ 1100-1300 in main NEX. Games and activities for a chance to win a $250 NEX gift card.</w:t>
      </w:r>
    </w:p>
    <w:p w14:paraId="42DE7747" w14:textId="080EEACC" w:rsidR="070F2015" w:rsidRDefault="070F2015" w:rsidP="599AC7F5">
      <w:pPr>
        <w:pStyle w:val="ListParagraph"/>
        <w:numPr>
          <w:ilvl w:val="1"/>
          <w:numId w:val="2"/>
        </w:numPr>
        <w:spacing w:after="0"/>
        <w:rPr>
          <w:rFonts w:ascii="Cambria" w:eastAsia="Cambria" w:hAnsi="Cambria" w:cs="Cambria"/>
          <w:szCs w:val="24"/>
        </w:rPr>
      </w:pPr>
      <w:r w:rsidRPr="599AC7F5">
        <w:rPr>
          <w:rFonts w:ascii="Cambria" w:eastAsia="Cambria" w:hAnsi="Cambria" w:cs="Cambria"/>
          <w:szCs w:val="24"/>
        </w:rPr>
        <w:t>Toys R Us Passport to Play Event #2 @ 1100-1300 in main NEX. Activities, giveaways, special appearance by Geoffrey, &amp; get your passport stamped for the 2</w:t>
      </w:r>
      <w:r w:rsidRPr="599AC7F5">
        <w:rPr>
          <w:rFonts w:ascii="Cambria" w:eastAsia="Cambria" w:hAnsi="Cambria" w:cs="Cambria"/>
          <w:szCs w:val="24"/>
          <w:vertAlign w:val="superscript"/>
        </w:rPr>
        <w:t>nd</w:t>
      </w:r>
      <w:r w:rsidRPr="599AC7F5">
        <w:rPr>
          <w:rFonts w:ascii="Cambria" w:eastAsia="Cambria" w:hAnsi="Cambria" w:cs="Cambria"/>
          <w:szCs w:val="24"/>
        </w:rPr>
        <w:t xml:space="preserve"> time to qualify for future prize.</w:t>
      </w:r>
    </w:p>
    <w:p w14:paraId="62A16C2B" w14:textId="77777777" w:rsidR="00187D31" w:rsidRPr="005F34FB" w:rsidRDefault="00B864E9">
      <w:pPr>
        <w:pStyle w:val="Heading2"/>
        <w:rPr>
          <w:sz w:val="40"/>
          <w:szCs w:val="24"/>
        </w:rPr>
      </w:pPr>
      <w:r w:rsidRPr="005F34FB">
        <w:rPr>
          <w:color w:val="B2A1C7" w:themeColor="accent4" w:themeTint="99"/>
          <w:sz w:val="40"/>
          <w:szCs w:val="24"/>
        </w:rPr>
        <w:t>🔄</w:t>
      </w:r>
      <w:r w:rsidRPr="005F34FB">
        <w:rPr>
          <w:sz w:val="40"/>
          <w:szCs w:val="24"/>
        </w:rPr>
        <w:t xml:space="preserve"> Open Discussion - Round Table</w:t>
      </w:r>
    </w:p>
    <w:p w14:paraId="05374C6F" w14:textId="3EE5E545" w:rsidR="00187D31" w:rsidRDefault="0016580A" w:rsidP="00BA2C3C">
      <w:pPr>
        <w:pStyle w:val="ListBullet"/>
        <w:numPr>
          <w:ilvl w:val="0"/>
          <w:numId w:val="22"/>
        </w:numPr>
      </w:pPr>
      <w:r w:rsidRPr="0016580A">
        <w:rPr>
          <w:bCs/>
        </w:rPr>
        <w:t>Will</w:t>
      </w:r>
      <w:r>
        <w:rPr>
          <w:b/>
        </w:rPr>
        <w:t xml:space="preserve"> </w:t>
      </w:r>
      <w:r>
        <w:t>in</w:t>
      </w:r>
      <w:r w:rsidR="00A275A7">
        <w:t>clude</w:t>
      </w:r>
      <w:r>
        <w:t xml:space="preserve"> key updates, program announcements, or community feedback provided during the round table.</w:t>
      </w:r>
    </w:p>
    <w:p w14:paraId="41764E04" w14:textId="5F1B35C2" w:rsidR="00187D31" w:rsidRPr="00DD0FE6" w:rsidRDefault="00B864E9">
      <w:pPr>
        <w:pStyle w:val="Heading2"/>
        <w:rPr>
          <w:sz w:val="40"/>
          <w:szCs w:val="24"/>
        </w:rPr>
      </w:pPr>
      <w:r w:rsidRPr="00DD0FE6">
        <w:rPr>
          <w:color w:val="B2A1C7" w:themeColor="accent4" w:themeTint="99"/>
          <w:sz w:val="40"/>
          <w:szCs w:val="24"/>
        </w:rPr>
        <w:t>🎤</w:t>
      </w:r>
      <w:r w:rsidRPr="00DD0FE6">
        <w:rPr>
          <w:color w:val="B2A1C7" w:themeColor="accent4" w:themeTint="99"/>
          <w:sz w:val="40"/>
          <w:szCs w:val="24"/>
        </w:rPr>
        <w:t xml:space="preserve"> </w:t>
      </w:r>
      <w:r w:rsidRPr="00DD0FE6">
        <w:rPr>
          <w:sz w:val="40"/>
          <w:szCs w:val="24"/>
        </w:rPr>
        <w:t>Closing Remarks</w:t>
      </w:r>
      <w:r w:rsidR="00DD0FE6">
        <w:rPr>
          <w:sz w:val="40"/>
          <w:szCs w:val="24"/>
        </w:rPr>
        <w:t xml:space="preserve"> &amp;</w:t>
      </w:r>
      <w:r w:rsidR="005F1F84">
        <w:rPr>
          <w:sz w:val="40"/>
          <w:szCs w:val="24"/>
        </w:rPr>
        <w:t xml:space="preserve"> For Action Items</w:t>
      </w:r>
    </w:p>
    <w:p w14:paraId="5C32E32D" w14:textId="028062DA" w:rsidR="00187D31" w:rsidRDefault="6F8B2EA0">
      <w:pPr>
        <w:pStyle w:val="ListBullet"/>
        <w:ind w:left="720"/>
      </w:pPr>
      <w:r>
        <w:t>Summary of closing thoughts, encouragement for feedback, or directives for the coming month.</w:t>
      </w:r>
    </w:p>
    <w:p w14:paraId="301ECA24" w14:textId="203DBF36" w:rsidR="00187D31" w:rsidRDefault="00187D31" w:rsidP="00DD0FE6">
      <w:pPr>
        <w:pStyle w:val="ListBullet"/>
        <w:numPr>
          <w:ilvl w:val="0"/>
          <w:numId w:val="0"/>
        </w:numPr>
      </w:pPr>
    </w:p>
    <w:sectPr w:rsidR="00187D31" w:rsidSect="006F39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280DF3"/>
    <w:multiLevelType w:val="hybridMultilevel"/>
    <w:tmpl w:val="2F124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59D91D"/>
    <w:multiLevelType w:val="hybridMultilevel"/>
    <w:tmpl w:val="4622E602"/>
    <w:lvl w:ilvl="0" w:tplc="9B188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C233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BE00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B40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DC4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EECF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4C8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4C4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4CE7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9096FB"/>
    <w:multiLevelType w:val="hybridMultilevel"/>
    <w:tmpl w:val="4A6EE8B0"/>
    <w:lvl w:ilvl="0" w:tplc="6E6CB24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9AE803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040E35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D1CA5D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92621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8E889E9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7CC3BB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F70757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4102C6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4977EA"/>
    <w:multiLevelType w:val="hybridMultilevel"/>
    <w:tmpl w:val="57D276A6"/>
    <w:lvl w:ilvl="0" w:tplc="4E56B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05C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26E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5A0D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A40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78E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EA1B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E4D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EA9F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304273"/>
    <w:multiLevelType w:val="hybridMultilevel"/>
    <w:tmpl w:val="E61082B4"/>
    <w:lvl w:ilvl="0" w:tplc="C714D2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54A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0EA5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A11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44B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3A6A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309F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50FC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46BD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FBE45"/>
    <w:multiLevelType w:val="hybridMultilevel"/>
    <w:tmpl w:val="202E0254"/>
    <w:lvl w:ilvl="0" w:tplc="AA90E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CCC2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2402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8264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08A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D6A6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4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E09C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D282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A5B17"/>
    <w:multiLevelType w:val="hybridMultilevel"/>
    <w:tmpl w:val="74C8B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C357F"/>
    <w:multiLevelType w:val="hybridMultilevel"/>
    <w:tmpl w:val="87C61694"/>
    <w:lvl w:ilvl="0" w:tplc="A7F8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F093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F4D6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71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66C6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B6A1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8CE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9211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CC6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3528E2"/>
    <w:multiLevelType w:val="hybridMultilevel"/>
    <w:tmpl w:val="D1F4F5EE"/>
    <w:lvl w:ilvl="0" w:tplc="6C4E77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B4F5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10C8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24B9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98A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66F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26F9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1C50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143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9A2216"/>
    <w:multiLevelType w:val="hybridMultilevel"/>
    <w:tmpl w:val="9BB4EE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CC4F3BC"/>
    <w:multiLevelType w:val="hybridMultilevel"/>
    <w:tmpl w:val="4FBAEFD0"/>
    <w:lvl w:ilvl="0" w:tplc="C4DE35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2430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3E5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C002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86C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C8AC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64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189F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646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5EC85D"/>
    <w:multiLevelType w:val="hybridMultilevel"/>
    <w:tmpl w:val="7FC06846"/>
    <w:lvl w:ilvl="0" w:tplc="9ECC614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D93A31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40B6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0A40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98C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F84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DE71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4261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2C54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51895F"/>
    <w:multiLevelType w:val="hybridMultilevel"/>
    <w:tmpl w:val="DB1C61FE"/>
    <w:lvl w:ilvl="0" w:tplc="AE2075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187C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9400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2E6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4C8E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18BD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3E51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18A9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1462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CE2BC"/>
    <w:multiLevelType w:val="hybridMultilevel"/>
    <w:tmpl w:val="0FB266A2"/>
    <w:lvl w:ilvl="0" w:tplc="C53AFE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EE31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C645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B04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949B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684A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C42E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0462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6A03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435629">
    <w:abstractNumId w:val="12"/>
  </w:num>
  <w:num w:numId="2" w16cid:durableId="964971608">
    <w:abstractNumId w:val="16"/>
  </w:num>
  <w:num w:numId="3" w16cid:durableId="1850170138">
    <w:abstractNumId w:val="14"/>
  </w:num>
  <w:num w:numId="4" w16cid:durableId="1258565490">
    <w:abstractNumId w:val="19"/>
  </w:num>
  <w:num w:numId="5" w16cid:durableId="1282953571">
    <w:abstractNumId w:val="22"/>
  </w:num>
  <w:num w:numId="6" w16cid:durableId="84232203">
    <w:abstractNumId w:val="10"/>
  </w:num>
  <w:num w:numId="7" w16cid:durableId="507671976">
    <w:abstractNumId w:val="21"/>
  </w:num>
  <w:num w:numId="8" w16cid:durableId="1296524128">
    <w:abstractNumId w:val="11"/>
  </w:num>
  <w:num w:numId="9" w16cid:durableId="115177184">
    <w:abstractNumId w:val="13"/>
  </w:num>
  <w:num w:numId="10" w16cid:durableId="1533150724">
    <w:abstractNumId w:val="20"/>
  </w:num>
  <w:num w:numId="11" w16cid:durableId="24137488">
    <w:abstractNumId w:val="17"/>
  </w:num>
  <w:num w:numId="12" w16cid:durableId="1212420091">
    <w:abstractNumId w:val="8"/>
  </w:num>
  <w:num w:numId="13" w16cid:durableId="1019355558">
    <w:abstractNumId w:val="6"/>
  </w:num>
  <w:num w:numId="14" w16cid:durableId="1256477279">
    <w:abstractNumId w:val="5"/>
  </w:num>
  <w:num w:numId="15" w16cid:durableId="1622564509">
    <w:abstractNumId w:val="4"/>
  </w:num>
  <w:num w:numId="16" w16cid:durableId="2119525103">
    <w:abstractNumId w:val="7"/>
  </w:num>
  <w:num w:numId="17" w16cid:durableId="918513992">
    <w:abstractNumId w:val="3"/>
  </w:num>
  <w:num w:numId="18" w16cid:durableId="1124348935">
    <w:abstractNumId w:val="2"/>
  </w:num>
  <w:num w:numId="19" w16cid:durableId="786702286">
    <w:abstractNumId w:val="1"/>
  </w:num>
  <w:num w:numId="20" w16cid:durableId="1822231565">
    <w:abstractNumId w:val="0"/>
  </w:num>
  <w:num w:numId="21" w16cid:durableId="1705134447">
    <w:abstractNumId w:val="18"/>
  </w:num>
  <w:num w:numId="22" w16cid:durableId="928273821">
    <w:abstractNumId w:val="15"/>
  </w:num>
  <w:num w:numId="23" w16cid:durableId="18860654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7DE"/>
    <w:rsid w:val="00034616"/>
    <w:rsid w:val="0006063C"/>
    <w:rsid w:val="000C7604"/>
    <w:rsid w:val="0015074B"/>
    <w:rsid w:val="001617D0"/>
    <w:rsid w:val="0016580A"/>
    <w:rsid w:val="00175A73"/>
    <w:rsid w:val="00187D31"/>
    <w:rsid w:val="0020202F"/>
    <w:rsid w:val="0029639D"/>
    <w:rsid w:val="002A5234"/>
    <w:rsid w:val="00326F90"/>
    <w:rsid w:val="00436FE7"/>
    <w:rsid w:val="00453958"/>
    <w:rsid w:val="00465799"/>
    <w:rsid w:val="004918E8"/>
    <w:rsid w:val="005F1F84"/>
    <w:rsid w:val="005F34FB"/>
    <w:rsid w:val="006A070E"/>
    <w:rsid w:val="006F2946"/>
    <w:rsid w:val="006F3914"/>
    <w:rsid w:val="007A1307"/>
    <w:rsid w:val="007A3587"/>
    <w:rsid w:val="00856F42"/>
    <w:rsid w:val="008801BA"/>
    <w:rsid w:val="008E10D6"/>
    <w:rsid w:val="008E63F9"/>
    <w:rsid w:val="00951E40"/>
    <w:rsid w:val="00A262B4"/>
    <w:rsid w:val="00A275A7"/>
    <w:rsid w:val="00AA1D8D"/>
    <w:rsid w:val="00B47730"/>
    <w:rsid w:val="00B828BA"/>
    <w:rsid w:val="00B864E9"/>
    <w:rsid w:val="00BA2C3C"/>
    <w:rsid w:val="00BF51F5"/>
    <w:rsid w:val="00BF5615"/>
    <w:rsid w:val="00C42A37"/>
    <w:rsid w:val="00CA2A25"/>
    <w:rsid w:val="00CB0664"/>
    <w:rsid w:val="00DD0FE6"/>
    <w:rsid w:val="00E0100D"/>
    <w:rsid w:val="00EB13ED"/>
    <w:rsid w:val="00FC693F"/>
    <w:rsid w:val="06022FB2"/>
    <w:rsid w:val="070F2015"/>
    <w:rsid w:val="074A4795"/>
    <w:rsid w:val="083A9276"/>
    <w:rsid w:val="0B1985BD"/>
    <w:rsid w:val="0B67826D"/>
    <w:rsid w:val="0CC5B29A"/>
    <w:rsid w:val="0E1BE95C"/>
    <w:rsid w:val="0EAF9499"/>
    <w:rsid w:val="10812246"/>
    <w:rsid w:val="10A222A1"/>
    <w:rsid w:val="11525712"/>
    <w:rsid w:val="1433E346"/>
    <w:rsid w:val="1616B0EE"/>
    <w:rsid w:val="168D502E"/>
    <w:rsid w:val="175E84B0"/>
    <w:rsid w:val="184AEF05"/>
    <w:rsid w:val="1AA7B491"/>
    <w:rsid w:val="1B68F6B5"/>
    <w:rsid w:val="1C83174D"/>
    <w:rsid w:val="1EAF822F"/>
    <w:rsid w:val="1EBECE36"/>
    <w:rsid w:val="20854B6F"/>
    <w:rsid w:val="20A1E243"/>
    <w:rsid w:val="2760CA5C"/>
    <w:rsid w:val="27AB4882"/>
    <w:rsid w:val="28184BE7"/>
    <w:rsid w:val="28288F20"/>
    <w:rsid w:val="284F3B89"/>
    <w:rsid w:val="2958C629"/>
    <w:rsid w:val="2A01FD4D"/>
    <w:rsid w:val="2A23D087"/>
    <w:rsid w:val="2A792047"/>
    <w:rsid w:val="2BD03B66"/>
    <w:rsid w:val="2C267A56"/>
    <w:rsid w:val="2E1BBDC6"/>
    <w:rsid w:val="2F3DAB6C"/>
    <w:rsid w:val="2FFF506D"/>
    <w:rsid w:val="3095F166"/>
    <w:rsid w:val="326204A0"/>
    <w:rsid w:val="33A33622"/>
    <w:rsid w:val="33D18E61"/>
    <w:rsid w:val="345A70EA"/>
    <w:rsid w:val="3543EF3A"/>
    <w:rsid w:val="37737286"/>
    <w:rsid w:val="3979065C"/>
    <w:rsid w:val="39E6B930"/>
    <w:rsid w:val="3AE24FC2"/>
    <w:rsid w:val="3CE7637E"/>
    <w:rsid w:val="41679CE6"/>
    <w:rsid w:val="41AF3F3B"/>
    <w:rsid w:val="424117B1"/>
    <w:rsid w:val="430BA41F"/>
    <w:rsid w:val="442E66A8"/>
    <w:rsid w:val="44D7619D"/>
    <w:rsid w:val="4797D794"/>
    <w:rsid w:val="479B1A68"/>
    <w:rsid w:val="47BC4B3F"/>
    <w:rsid w:val="481D9FD8"/>
    <w:rsid w:val="484A6852"/>
    <w:rsid w:val="4896A58B"/>
    <w:rsid w:val="4A923FD4"/>
    <w:rsid w:val="4AE39B34"/>
    <w:rsid w:val="4B2342A2"/>
    <w:rsid w:val="4CABD142"/>
    <w:rsid w:val="4ECED36C"/>
    <w:rsid w:val="4EE246A4"/>
    <w:rsid w:val="4FBE910D"/>
    <w:rsid w:val="4FE0FAE4"/>
    <w:rsid w:val="54A222F2"/>
    <w:rsid w:val="569B4142"/>
    <w:rsid w:val="5706392D"/>
    <w:rsid w:val="5740E038"/>
    <w:rsid w:val="576115B9"/>
    <w:rsid w:val="57B4666E"/>
    <w:rsid w:val="599AC7F5"/>
    <w:rsid w:val="59C20711"/>
    <w:rsid w:val="5C70DAAB"/>
    <w:rsid w:val="5CA04696"/>
    <w:rsid w:val="5D2A80F8"/>
    <w:rsid w:val="5EA1299D"/>
    <w:rsid w:val="615238C3"/>
    <w:rsid w:val="62739D73"/>
    <w:rsid w:val="6462C4C6"/>
    <w:rsid w:val="6614DCFC"/>
    <w:rsid w:val="6618F892"/>
    <w:rsid w:val="663B0C2F"/>
    <w:rsid w:val="6797676B"/>
    <w:rsid w:val="68607F69"/>
    <w:rsid w:val="68AB1E88"/>
    <w:rsid w:val="6B7730C3"/>
    <w:rsid w:val="6D90DBBF"/>
    <w:rsid w:val="6EAB37FD"/>
    <w:rsid w:val="6ED7B5D1"/>
    <w:rsid w:val="6F8B2EA0"/>
    <w:rsid w:val="71B7796D"/>
    <w:rsid w:val="71C68D0E"/>
    <w:rsid w:val="71F814D8"/>
    <w:rsid w:val="7201F6D4"/>
    <w:rsid w:val="7289659C"/>
    <w:rsid w:val="72EFA7FF"/>
    <w:rsid w:val="737DDA96"/>
    <w:rsid w:val="743BF5AB"/>
    <w:rsid w:val="74844998"/>
    <w:rsid w:val="7583EC3E"/>
    <w:rsid w:val="75E3F123"/>
    <w:rsid w:val="76D5F265"/>
    <w:rsid w:val="77455F93"/>
    <w:rsid w:val="77556159"/>
    <w:rsid w:val="778A3319"/>
    <w:rsid w:val="780C334C"/>
    <w:rsid w:val="799C7053"/>
    <w:rsid w:val="7CBC7DD5"/>
    <w:rsid w:val="7CD46B60"/>
    <w:rsid w:val="7E43DFEC"/>
    <w:rsid w:val="7E752D32"/>
    <w:rsid w:val="7FB7C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1C20A1"/>
  <w14:defaultImageDpi w14:val="300"/>
  <w15:docId w15:val="{29F53244-225B-482C-9046-8F2EA4E3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60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5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4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12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160" w:after="12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160" w:after="12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2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13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4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8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anvasCodeBlock">
    <w:name w:val="CanvasCodeBlock"/>
    <w:basedOn w:val="NoSpacing"/>
    <w:rPr>
      <w:rFonts w:ascii="Consolas" w:hAnsi="Consolas"/>
      <w:sz w:val="20"/>
    </w:rPr>
  </w:style>
  <w:style w:type="character" w:styleId="Hyperlink">
    <w:name w:val="Hyperlink"/>
    <w:basedOn w:val="DefaultParagraphFont"/>
    <w:uiPriority w:val="99"/>
    <w:unhideWhenUsed/>
    <w:rsid w:val="442E66A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17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ndrea.carobene2.ln@us.navy.mil" TargetMode="External"/><Relationship Id="rId18" Type="http://schemas.openxmlformats.org/officeDocument/2006/relationships/hyperlink" Target="https://www.facebook.com/usoSigonella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militaryonesource.mil/" TargetMode="External"/><Relationship Id="rId17" Type="http://schemas.openxmlformats.org/officeDocument/2006/relationships/hyperlink" Target="https://www.facebook.com/NMCRSSigonell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avymwrsigonella.com/event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avymwrsigonella.com/programs/c44a10eb-b97c-4f54-874d-46767d116b96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navymwrsigonella.com/programs/c44a10eb-b97c-4f54-874d-46767d116b96" TargetMode="External"/><Relationship Id="rId10" Type="http://schemas.openxmlformats.org/officeDocument/2006/relationships/hyperlink" Target="https://nassigonellaipp.my.canva.site/preventionplaybook" TargetMode="External"/><Relationship Id="rId19" Type="http://schemas.openxmlformats.org/officeDocument/2006/relationships/hyperlink" Target="https://www.facebook.com/NavyExchangeSigonella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igonella.tricare.mil/Health-Services/Preventive-Care/Health-Promotions" TargetMode="External"/><Relationship Id="rId14" Type="http://schemas.openxmlformats.org/officeDocument/2006/relationships/hyperlink" Target="https://www.navymwrsigonella.com/programs/c44a10eb-b97c-4f54-874d-46767d116b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83567C90DB9449FC4ABF06C9E2B76" ma:contentTypeVersion="3" ma:contentTypeDescription="Create a new document." ma:contentTypeScope="" ma:versionID="54d5e5a35c1c460f3fce07ec7001e6e1">
  <xsd:schema xmlns:xsd="http://www.w3.org/2001/XMLSchema" xmlns:xs="http://www.w3.org/2001/XMLSchema" xmlns:p="http://schemas.microsoft.com/office/2006/metadata/properties" xmlns:ns2="9e2f1999-d284-46f8-8cef-438e59abb2cc" targetNamespace="http://schemas.microsoft.com/office/2006/metadata/properties" ma:root="true" ma:fieldsID="8363c17327e832c26b6bb386507cf433" ns2:_="">
    <xsd:import namespace="9e2f1999-d284-46f8-8cef-438e59abb2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2f1999-d284-46f8-8cef-438e59abb2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438FF5-20E9-4C64-9CB6-769B7F71EA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6F75C-AEB3-401D-BB63-0E59E1BBF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2f1999-d284-46f8-8cef-438e59abb2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FA30BF-A0E3-4AFD-AF21-EFF1BBF05FE4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b27ac744-d744-4b94-baa9-948b89b4017a}" enabled="1" method="Standard" siteId="{e3333e00-c877-4b87-b6ad-45e942de175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602</Words>
  <Characters>3434</Characters>
  <Application>Microsoft Office Word</Application>
  <DocSecurity>0</DocSecurity>
  <Lines>28</Lines>
  <Paragraphs>8</Paragraphs>
  <ScaleCrop>false</ScaleCrop>
  <Manager/>
  <Company/>
  <LinksUpToDate>false</LinksUpToDate>
  <CharactersWithSpaces>4028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Gemini Enterprise</dc:creator>
  <cp:keywords/>
  <dc:description>generated by python-docx</dc:description>
  <cp:lastModifiedBy>Heninger, Ansley M CIV (USA)</cp:lastModifiedBy>
  <cp:revision>9</cp:revision>
  <dcterms:created xsi:type="dcterms:W3CDTF">2026-11-02T08:25:00Z</dcterms:created>
  <dcterms:modified xsi:type="dcterms:W3CDTF">2026-11-02T08:33:00Z</dcterms:modified>
  <cp:category/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0x0101007C483567C90DB9449FC4ABF06C9E2B76</vt:lpwstr>
  </property>
</Properties>
</file>